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26"/>
        </w:rPr>
        <w:t>ISTITUTO COMPRENSIVO</w:t>
      </w:r>
    </w:p>
    <w:p>
      <w:pPr>
        <w:jc w:val="center"/>
      </w:pPr>
      <w:r>
        <w:rPr>
          <w:color w:val="5B6573"/>
          <w:sz w:val="26"/>
        </w:rPr>
        <w:t>____________________________________________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26"/>
            <w:shd w:fill="17365D"/>
            <w:tcBorders>
              <w:top w:val="single" w:sz="8" w:color="17365D"/>
              <w:left w:val="single" w:sz="8" w:color="17365D"/>
              <w:bottom w:val="single" w:sz="8" w:color="17365D"/>
              <w:right w:val="single" w:sz="8" w:color="17365D"/>
              <w:insideH w:val="single" w:sz="8" w:color="17365D"/>
              <w:insideV w:val="single" w:sz="8" w:color="17365D"/>
            </w:tcBorders>
            <w:tcMar>
              <w:top w:w="350" w:type="dxa"/>
              <w:start w:w="300" w:type="dxa"/>
              <w:bottom w:w="350" w:type="dxa"/>
              <w:end w:w="3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48"/>
              </w:rPr>
              <w:t>TEMPLATE DI ISTITUTO</w:t>
              <w:br/>
              <w:t>UNITÀ DI APPRENDIMENTO (UDA)</w:t>
            </w:r>
          </w:p>
          <w:p>
            <w:pPr>
              <w:jc w:val="center"/>
            </w:pPr>
            <w:r>
              <w:rPr>
                <w:color w:val="D9EAF7"/>
                <w:sz w:val="21"/>
              </w:rPr>
              <w:t>Scuola dell’Infanzia • Scuola Primaria • Scuola Secondaria di I grado</w:t>
            </w:r>
          </w:p>
        </w:tc>
      </w:tr>
    </w:tbl>
    <w:p/>
    <w:p>
      <w:pPr>
        <w:jc w:val="center"/>
      </w:pPr>
      <w:r>
        <w:rPr>
          <w:b/>
          <w:color w:val="D6A84B"/>
          <w:sz w:val="22"/>
        </w:rPr>
        <w:t>MODELLO EDITABILE PER LA PROGETTAZIONE PER COMPETENZE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Titolo dell’UDA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Inserire un titolo breve, significativo e coerente con il compito autentico.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Ordine di scuola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Infanzia / Primaria / Secondaria di I grado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Classe/i - Sezione/i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Anno scolastico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20____ / 20____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Periodo di realizzazione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Docente/i proponente/i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Coordinatore dell’UDA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i/>
          <w:color w:val="5B6573"/>
          <w:sz w:val="17"/>
        </w:rPr>
        <w:t>Documento strutturato per essere compilato, condiviso, archiviato e riutilizzato a livello di Istituto.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A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A. IDENTITÀ E CORNICE DELL’UNITÀ DI APPRENDIMENTO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Denominazione / Titolo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Titolo dell’Unità di Apprendimento.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Tema / nucleo generatore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Problema, tema, esperienza o situazione significativa da cui prende avvio il percorso.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Contesto e motivazione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Descrivere sinteticamente il contesto classe e la rilevanza educativa dell’UDA.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Destinatari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Ordine di scuola, classe/i, sezione/i; eventuali bisogni formativi da considerare.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Durata complessiva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Numero di ore / settimane / periodo dell’anno.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Discipline / campi di esperienza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Indicare tutte le discipline o i campi di esperienza coinvolti.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Docenti coinvolti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Indicare docenti, ruoli e responsabilità essenziali.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Prodotto / compito autentico finale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Descrivere il prodotto, la prestazione o la situazione-problema conclusiva.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B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B. SITUAZIONE-PROBLEMA E DOMANDA GUIDA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Situazione-problema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Formulare una situazione concreta, sfidante e accessibile agli alunni.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Domanda guida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Inserire la domanda generativa che orienta il percorso.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Scopo per gli alunni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Esplicitare perché il compito è significativo e quale problema permette di affrontare.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C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C. PREREQUISITI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Prerequisiti essenziali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Conoscenze, abilità, atteggiamenti e autonomie già posseduti o da rilevare in ingresso.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Modalità di rilevazione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Conversazione, osservazione, prova d’ingresso, brainstorming, compito breve, ecc.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D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D. COMPETENZE E RISULTATI ATTESI</w:t>
            </w:r>
          </w:p>
        </w:tc>
      </w:tr>
    </w:tbl>
    <w:p>
      <w:pPr>
        <w:spacing w:after="0"/>
      </w:pPr>
    </w:p>
    <w:p>
      <w:pPr/>
      <w:r>
        <w:rPr>
          <w:i/>
          <w:color w:val="5B6573"/>
        </w:rPr>
        <w:t>Selezionare solo le competenze effettivamente mobilitate dall’UDA e collegarle a evidenze osservabili.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Competenze chiave / competenze culturali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Traguardi / competenze attese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Evidenze osservabili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E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E. OBIETTIVI DI APPRENDIMENTO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Disciplina / campo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Abilità / obiettivi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Conoscenze / contenuti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F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F. PROGETTAZIONE INCLUSIVA E PERSONALIZZAZIONE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Accessibilità del percorso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Indicare modalità di presentazione, consegne, mediatori, facilitatori e organizzazione che rendono l’attività accessibile a tutti.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Misure di supporto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Eventuali strumenti compensativi, misure dispensative o adattamenti previsti, se pertinenti.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Valorizzazione delle differenze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Ruoli, livelli di complessità, possibilità di scelta, tutoring, peer education, materiali diversificati.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Partecipazione e autonomia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Strategie per sostenere motivazione, autoregolazione, responsabilità e partecipazione attiva.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G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G. METODOLOGIE E ORGANIZZAZIONE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Metodologie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Organizzazione / applicazione nel percorso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Didattica laboratoriale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Cooperative learning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Problem solving / inquiry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Peer tutoring / peer education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Circle time / discussione guidata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Altro: __________________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____________________________________________________________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H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H. AMBIENTI, RISORSE E STRUMENTI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Spazi / ambienti di apprendimento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Aula, laboratorio, biblioteca, palestra, spazi esterni, territorio, ambienti digitali, ecc.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Materiali e strumenti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Libri, schede, materiali manipolativi, strumenti scientifici, materiali di recupero, ecc.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Tecnologie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LIM, tablet, computer, applicazioni, strumenti di documentazione, se utilizzati.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Risorse umane interne / esterne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Docenti, esperti, famiglie, enti, associazioni, servizi del territorio.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I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I. PIANO DI LAVORO DELL’UDA - SPECIFICAZIONE DELLE FASI</w:t>
            </w:r>
          </w:p>
        </w:tc>
      </w:tr>
    </w:tbl>
    <w:p>
      <w:pPr>
        <w:spacing w:after="0"/>
      </w:pPr>
    </w:p>
    <w:p>
      <w:r>
        <w:rPr>
          <w:i/>
          <w:color w:val="5B6573"/>
        </w:rPr>
        <w:t>Descrivere le fasi in ordine logico-operativo. È possibile aggiungere o eliminare righe in base al percorso.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rPr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Attività degli alunni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Azioni del docente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Metodologie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Strumenti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Esiti / prodotti intermedi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Tempi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________________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L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L. CRONOPROGRAMMA / DIAGRAMMA DI GANTT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rPr>
          <w:tblHeader w:val="true"/>
        </w:trP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Fasi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Periodo 1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Periodo 2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Periodo 3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Periodo 4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Periodo 5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Periodo 6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</w:tr>
    </w:tbl>
    <w:p>
      <w:r>
        <w:rPr>
          <w:i/>
          <w:color w:val="5B6573"/>
          <w:sz w:val="17"/>
        </w:rPr>
        <w:t>Nota: la scansione temporale può essere adattata alle esigenze di programmazione del team docente.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M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M. CONSEGNA AGLI ALUNNI / STUDENTI</w:t>
            </w:r>
          </w:p>
        </w:tc>
      </w:tr>
    </w:tbl>
    <w:p>
      <w:pPr>
        <w:spacing w:after="0"/>
      </w:pPr>
    </w:p>
    <w:p>
      <w:r>
        <w:rPr>
          <w:i/>
          <w:color w:val="5B6573"/>
        </w:rPr>
        <w:t>La consegna va formulata con linguaggio chiaro, adeguato all’età e centrato sul compito.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Che cosa vi chiediamo di fare?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Descrivere il compito in modo semplice e concreto.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Perché lo facciamo?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Esplicitare il senso dell’esperienza e ciò che si imparerà.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Come lavoreremo?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Individualmente, a coppie, in gruppo; ruoli e modalità di collaborazione.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Che cosa realizzeremo?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Prodotto finale e prodotti intermedi.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Quali strumenti useremo?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Materiali, strumenti, spazi e tecnologie.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Quanto tempo avremo?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Tempi, tappe e scadenze.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Come sarà valutato il lavoro?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Spiegare in modo comprensibile criteri, osservazioni e prodotto finale.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N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N. DOCUMENTAZIONE DEL PERCORSO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Documentazione prevista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Foto, video, elaborati, quaderni, cartelloni, portfolio, diario di bordo, presentazioni, prodotti digitali, ecc.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Modalità di raccolta / archiviazione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Indicare dove e come saranno conservate le evidenze.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Restituzione / disseminazione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Mostra, presentazione, evento, sito, condivisione con famiglie o comunità scolastica.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O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O. VALUTAZIONE: PROCESSO, PRODOTTO E COMPETENZE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Valutazione iniziale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Rilevazione dei prerequisiti e delle rappresentazioni iniziali.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Valutazione in itinere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Osservazione sistematica, feedback, rubriche, check-list, prove pratiche, conversazioni, elaborati.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Valutazione finale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Valutazione del prodotto/compito autentico e delle competenze mobilitate.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Autovalutazione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Strumento e modalità con cui l’alunno riflette sul proprio apprendimento.</w:t>
            </w:r>
          </w:p>
        </w:tc>
      </w:tr>
    </w:tbl>
    <w:p>
      <w:pPr>
        <w:spacing w:after="0"/>
      </w:pPr>
    </w:p>
    <w:p>
      <w:r>
        <w:rPr>
          <w:b/>
          <w:color w:val="17365D"/>
          <w:sz w:val="22"/>
        </w:rPr>
        <w:t>RUBRICA VALUTATIVA DI ISTITUTO - STRUTTURA BASE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rPr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Dimensione / evidenza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In via di prima acquisizione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Base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Intermedio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Avanzato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Partecipazione e responsabilità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Collaborazione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Autonomia e organizzazione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Uso di conoscenze e abilità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Qualità del prodotto / prestazione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Descrittore da definire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P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P. GRIGLIA DI OSSERVAZIONE DEL PROCESSO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Indicatore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Mai / raramente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 volte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Spesso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Con continuità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Annotazioni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Partecipa in modo pertinente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Rispetta consegne e tempi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Collabora con il gruppo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Assume e mantiene un ruolo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Chiede / offre aiuto in modo adeguato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Utilizza strumenti e materiali con cura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Rielabora e comunica quanto appreso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Q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Q. AUTOVALUTAZIONE DELL’ALUNNO / STUDENTE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969"/>
        <w:gridCol w:w="6236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1. Che cosa ho imparato?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2. Quale attività mi ha aiutato di più? Perché?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3. Quale difficoltà ho incontrato?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4. Come ho contribuito al lavoro del gruppo?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5. Di che cosa sono soddisfatto/a?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6. Che cosa posso migliorare?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5213"/>
          </w:tcPr>
          <w:p/>
        </w:tc>
        <w:tc>
          <w:tcPr>
            <w:tcW w:type="dxa" w:w="5213"/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R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R. VERIFICA FINALE E RIFLESSIONE DEL TEAM DOCENTE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Esiti raggiunti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Sintesi dei risultati rispetto a competenze, obiettivi ed evidenze previste.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Punti di forza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Aspetti metodologici, organizzativi e relazionali che hanno funzionato.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Criticità emerse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Difficoltà, ostacoli, tempi, risorse o aspetti da rivedere.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Adattamenti effettuati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Modifiche introdotte durante il percorso e relativa motivazione.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Proposte di miglioramento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Indicazioni operative per una futura riprogettazione.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7365D"/>
              </w:rPr>
              <w:t>Possibili sviluppi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B6573"/>
              </w:rPr>
              <w:t>Collegamenti con altre UDA, attività, progetti o azioni di continuità.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D6A84B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S</w:t>
            </w:r>
          </w:p>
        </w:tc>
        <w:tc>
          <w:tcPr>
            <w:tcW w:type="dxa" w:w="5213"/>
            <w:shd w:fill="17365D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24"/>
              </w:rPr>
              <w:t>S. VALIDAZIONE E ARCHIVIAZIONE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17365D"/>
              </w:rPr>
              <w:t>Titolo UDA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17365D"/>
              </w:rPr>
              <w:t>Coordinatore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17365D"/>
              </w:rPr>
              <w:t>Team / Consiglio di classe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17365D"/>
              </w:rPr>
              <w:t>Data di approvazione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____ / ____ / 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17365D"/>
              </w:rPr>
              <w:t>Data di conclusione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____ / ____ / 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17365D"/>
              </w:rPr>
              <w:t>Collocazione della documentazione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____________________________________________</w:t>
            </w:r>
          </w:p>
        </w:tc>
      </w:tr>
    </w:tbl>
    <w:p/>
    <w:p>
      <w:pPr>
        <w:jc w:val="center"/>
      </w:pPr>
      <w:r>
        <w:rPr>
          <w:b/>
          <w:color w:val="17365D"/>
        </w:rPr>
        <w:t>FIRME DOCENTI / COORDINATORE</w:t>
      </w:r>
    </w:p>
    <w:p>
      <w:pPr>
        <w:jc w:val="center"/>
      </w:pPr>
      <w:r>
        <w:t>____________________________________________</w:t>
      </w:r>
    </w:p>
    <w:p>
      <w:pPr>
        <w:jc w:val="center"/>
      </w:pPr>
      <w:r>
        <w:t>____________________________________________</w:t>
      </w:r>
    </w:p>
    <w:p>
      <w:pPr>
        <w:jc w:val="center"/>
      </w:pPr>
      <w:r>
        <w:t>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6"/>
      </w:rPr>
      <w:t>Template UDA di Istituto  |  Documento di progettazione didattica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17365D"/>
        <w:sz w:val="16"/>
      </w:rPr>
      <w:t>ISTITUTO COMPRENSIVO 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di Istituto - Unità di Apprendimento</dc:title>
  <dc:subject>Modello professionale editabile per la progettazione UDA</dc:subject>
  <dc:creator>Istituto Comprensivo</dc:creator>
  <cp:keywords>UDA, progettazione per competenze, scuola,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